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גיבורי העל של המים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פשוטות לחיסכון במים בבית ובבית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למה דליפות קטנות גורמות לבזבוז 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הבחנה בין פעולות שחוסכות מים לפעולות שמבזבזות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פני המים - שאלות על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בשעות הערב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משקים בהם עציצים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מתחת למים - קוראים בין השורות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לא נשפכים מים בזמן שלא צריך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בצהריים השמש מאדה את המים מהר, עדיף בערב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חסכם עוזר לחסוך מים בכל שימוש בברז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מיון: חוסך מים או מבזבז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(מבזבז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(חוסך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(מבזבז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(חוסך מים)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מטפטף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ערב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- למשל לשים פתק ליד הברז או להגדיר תזכורת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פעולה מהטקסט כגון סגירת ברז או מקלחת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היא נמשכת כל הזמן בלי הפסקה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כגון השארת ברז פתוח או שטיפת מדרכה בצינור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לבדוק בבית אם יש ברז מטפטף ולדווח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מתאימה לעבודה בזוגות או קבוצות קטנות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שאלת האתגר לדיון על משאבים מוגבלים בכלל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גיבורי העל של המים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מה שלמדנו על חיסכון במים - אילו פעולות קטנות עוזרות לשמור על המים, ולמה חשוב לשים לב לדליפות.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קצרה  ·  מטפטף  ·  ערב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פני המים - שאלות על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כדאי להשקות את הגינה,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בשעות הערב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עם מים שנשארו בכוסות ובבקבוקים?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שופכים לכיור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משאירים על השולחן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משקים בהם עציצים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מתחת למים - קוראים בין השורות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סגירת הברז בזמן צחצוח שיניים חוסכת 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עדיף להשקות גינה בצהריים, כשחם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חסכם הוא פתח בברז שמקטין את כמות המים בזרם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מיון: חוסך מים או מבזבז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שטיפת מדרכה בצינור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מבזבז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הפעלת מדיח רק כשהוא מלא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מבזבז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התעלמות מברז מטפטף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חוסך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מקלחת קצרה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חוסך 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כדאי להתקלח מקלחת __________ כדי לחסוך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ברז __________ מבזבז מים כל היום וכל הלילה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כדאי להשקות את הגינה בשעות ה__________, כשהשמש לא מאדה את המים מהר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פעולת חיסכון אחת שתעשו השבוע. איך תזכירו לעצמכם לעשות אותה כל יום?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פעולת חיסכון אחת שלמדתם עליה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דליפה קטנה יכולה לבזבז הרבה 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גיבורי העל של המים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