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פשוטות לחיסכון במים בבית ובבית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דליפות קטנות גורמות לבזבוז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פעולות שחוסכות מים לפעולות שמבזבזות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בשעות הערב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משקים בהם עציצים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לשים לב לדליפות ולדווח עליהן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רק כשהם מלאים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היא נמשכת כל היום וכל הלילה בלי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כשרבים משתתפים, החיסכון גדל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לא נשפכים מים בזמן שלא צריך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בצהריים השמש מאדה את המים מהר, עדיף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חסכם עוזר לחסוך מים בכל שימוש בברז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טפטוף מתמשך כל היום וכל הלילה מבזבז הרבה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לנצל מים שהיו הולכים לאיבוד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אפשר לתקן את הדליפה מהר ולמנוע בזבוז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חוסך מים או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לדווח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לשים פתק ליד הברז או להגדיר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- למשל תחרות חיסכון, מדבקות, פוסטר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פעולה מהטקסט כגון סגירת ברז או מקלחת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נמשכת כל הזמן בלי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השארת ברז פתוח או שטיפת מדרכה בצינור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לבדוק בבית אם יש ברז מטפטף ולדווח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או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שאלת האתגר לדיון על משאבים מוגבלים בכלל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לחסוך מים. יש פעולות פשוטות שעוזרות, כמו לסגור ברז. נתרגל להבדיל בין חיסכון לבזבוז.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 במים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בפחות מים בלי לוותר על נוחות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דליפה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שיוצאים מברז או צינור בלי שרוצים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ברז מטפטף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ברז שלא נסגר טוב ומוציא טיפות מים כל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מכונה שמנקה כלים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המים שיש לנו וזמינה לשימוש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ניהול 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צמצום הצריכה של מים כדי שיספיקו ליותר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שומרי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ששמים לב ועוזרים לחסוך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-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טוב להשקות 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בשעות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מים שנשארו?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שופכים לכיור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משאירים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משקים בהם עציצים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מקפיאים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הכוח הכי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 לדליפות ולדווח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להתקלח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לשתות פחות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ברז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מפעילים מדיח?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יום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כשהם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פעם בשבוע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בלילה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-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דליפה קטנה מבזבזת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מתרחשת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נשמעת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המים בה מלוכלכים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נמשכת כל היום וכל הלילה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לחסוך ביחד עם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אסור לחסוך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צריכים אישור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כשרבים משתתפים, החיסכון גדל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ברזים כבדים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סגירת הברז בזמן צחצוח שיניים חוסכת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להשקות גינה בצהריים, כשחם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חסכם הוא פתח בברז שמקטין את כמות המים בזרם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ברז מטפטף לא באמת מבזבז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במים ששטפו בהם ירקות כדי להשקות עציצים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דיווח על דליפה למבוגר הוא דרך טובה לחסוך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חוסך מים או מבזבז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שטיפת מדרכה בצינור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הפעלת מדיח רק כשהוא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התעלמות מברז 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מקלחת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ברז פתוח בזמן סיבון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השקיית עציץ במים שנשארו בכוס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מבזבז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כדאי להתקלח מקלחת __________ כדי לחסוך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ברז __________ מבזבז מים כל היום וכל הלילה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להשקות את הגינה בשעות ה__________, כשהשמש לא מאדה את המים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לאסוף מים ממשטיפת __________ ולהשקות בהם עציצים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שמגלה דליפה צריך __________ עליה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פעולת חיסכון אחת שתעשו השבוע. איך תזכירו לעצמכם לעשות אותה כל 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לשכנע את המשפחה או הכיתה לחסוך במים בלי להטיף? הציעו רעיון יצירתי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פעולת חיסכון אחת שלמדתם עליה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דליפה קטנה יכולה לבזבז הרבה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לפעולה שמבזבזת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 העל של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