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 העל של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פשוטות לחיסכון במים בבית ובבית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דליפות קטנות גורמות לבזבוז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פעולות שחוסכות מים לפעולות שמבזבזות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- שאלות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בשעות הערב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משקים בהם עציצים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לשים לב לדליפות ולדווח עליהן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רק כשהם מלאים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- קוראים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כי היא נמשכת כל היום וכל הלילה בלי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 כשרבים משתתפים, החיסכון גדל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לא נשפכים מים בזמן שלא צריך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בצהריים השמש מאדה את המים מהר, עדיף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חסכם עוזר לחסוך מים בכל שימוש בברז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טפטוף מתמשך כל היום וכל הלילה מבזבז הרבה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לנצל מים שהיו הולכים לאיבוד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אפשר לתקן את הדליפה מהר ולמנוע בזבוז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חוסך מים או מבזבז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(חוסך 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מטפטף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לדווח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למשל לשים פתק ליד הברז או להגדיר תזכורת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יצירתית - למשל תחרות חיסכון, מדבקות, פוסטר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פעולה מהטקסט כגון סגירת ברז או מקלחת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נמשכת כל הזמן בלי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כגון השארת ברז פתוח או שטיפת מדרכה בצינור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לבדוק בבית אם יש ברז מטפטף ולדווח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או 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שאלת האתגר לדיון על משאבים מוגבלים בכלל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 העל של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שלמדנו על חיסכון במים - אילו פעולות קטנות עוזרות לשמור על המים, ולמה חשוב לשים לב לדליפות.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פני המים - שאלות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כדאי להשקות את הגינה,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בשעות הערב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בכל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עם מים שנשארו בכוסות ובבקבוקים?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שופכים לכיור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משאירים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משקים בהם עציצים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מקפיאים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ה"כוח הגדול ביותר"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לשים לב לדליפות ולדווח עליהן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להפסיק להתקלח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לשתות פחות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ברז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כדאי להפעיל מדיח או מכונת כביסה?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יום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כשהם מלאים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פעם בשבוע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בלילה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מתחת למים - קוראים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דליפה קטנה יכולה לבזבז הרבה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מתרחשת רק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נשמעת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המים בה מלוכלכים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נמשכת כל היום וכל הלילה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שומרי מים "לא עובדים לבד"?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אסור לחסוך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צריכים אישור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כשרבים משתתפים, החיסכון גדל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ברזים כבדים מדי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סגירת הברז בזמן צחצוח שיניים חוסכת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עדיף להשקות גינה בצהריים, כשחם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חסכם הוא פתח בברז שמקטין את כמות המים בזרם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ברז מטפטף לא באמת מבזבז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במים ששטפו בהם ירקות כדי להשקות עציצים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דיווח על דליפה למבוגר הוא דרך טובה לחסוך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חוסך מים או מבזבז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שטיפת מדרכה בצינור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הפעלת מדיח רק כשהוא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התעלמות מברז מטפטף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מקלחת קצרה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ברז פתוח בזמן סיבון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השקיית עציץ במים שנשארו בכוס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מבזבז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כדאי להתקלח מקלחת __________ כדי לחסוך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ברז __________ מבזבז מים כל היום וכל הלילה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להשקות את הגינה בשעות ה__________, כשהשמש לא מאדה את המים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לאסוף מים ממשטיפת __________ ולהשקות בהם עציצים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שמגלה דליפה צריך __________ עליה למבוגר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פעולת חיסכון אחת שתעשו השבוע. איך תזכירו לעצמכם לעשות אותה כל 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אפשר לשכנע את המשפחה או הכיתה לחסוך במים בלי להטיף? הציעו רעיון יצירתי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פעולת חיסכון אחת שלמדתם עליה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דליפה קטנה יכולה לבזבז הרבה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לפעולה שמבזבזת 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גיבורי העל של המים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